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מוסכמים בקבוצה או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כלל הוגן לכלל 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ולזהות פתרון באמצעות כלל מוסכם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הסכמה קבוצתית סביב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משחק בלי חוקים: מה מרגישים כשאין כללים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שהמשחק יהיה הוגן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משחק בלי חוקים: מה מרגישים כשאין כללים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משחק בלי חוקים: מה מרגישים כשאין כללים – יישום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יודעים מה מותר ומה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(מרגישים שמשהו לא בסדר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(מרגישים שהחוקים משתנים נגדם)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(יודעים למה לצפות כשיש כללים קבועים)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משחק בלי חוקים: מה מרגישים כשאין כללים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לגרום לתלמידים לחוות בעצמם למה צריך 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הוגן או לא הוגן: מיון כללים – מה זה כלל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בכך שהכלל לא מעדיף קבוצה אחת על חשבון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שינוי כלל באמצע בלי הסכמה פוגע בשוויון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הסכמה מראש ושקיפות הן חלק חשוב מהוגנות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כלל הוגן צריך להתאים לעבירה ולא להיות שרירותי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הוגן או לא הוגן: מיון כללים – מיון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הוגן או לא הוגן: מיון כללים – נימוק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(הוגן – שוויון בין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הוגן – חוסר יציבות)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(הוגן – הסכמה ושקיפות)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הוגן – אפליה)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הוגן או לא הוגן: מיון כללים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דוגמה אמיתית ונימוק המתייחס לשוויון, הסכמה או התאמה לעבירה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כלל בעייתי ומציעה תיקון שיוצר שוויון או עקביות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קלפי דילמה: איזה כלל יכול לעזור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להציג מצב ולחשוב איזה כלל יכול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ברור, הוגן ומוסכם על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קלפי דילמה: איזה כלל יכול לעזור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כן, הקלפים מציגים מצבים אמיתיים שבהם אין כלל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למצוא כלל שיפתור או ימנע את הבעיה, לא להאשים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קלפי דילמה: איזה כלל יכול לעזור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(כלל של הגרלה או תור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(כלל שהחוקים נקבעים מראש ולא משתנים)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(כלל שכל אחד מקבל זמן דיבור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 עם דרך מוסכמת להכרעה)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קלפי דילמה: איזה כלל יכול לעזור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בונים יחד חוקה לכיתה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כשאנשים שותפים לקביעת הכלל הם מרגישים מחויבים אליו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את הדעה שרוב הקבוצה תמכה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בונים יחד חוקה לכיתה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(הכרעה לפי מה שרוב הקבוצה תומך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(קביעה איזה כלל חשוב יותר מהשני)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(כלל שתקף באותה מידה לכל חברי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שבו קשה להחליט בין שתי אפשרויות)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בונים יחד חוקה לכיתה – יישום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וחידון: מה למדנו על כללים – זכרון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שכולם ידעו למה לצפות ואיך 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נוצרו ויכוחים ובלבול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חוזרים ומתחילים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ליצור הגינות וסדר שמוסכמים על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וחידון: מה למדנו על כללים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לכך שהכלל תקף לכולם באותה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טוב נבנה בדרך כלל מתוך הסכמה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וחידון: מה למדנו על כללים – חשיבה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וחידון: מה למדנו על כללים – הרכבה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(הכלל חל באותה מידה על כל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(כולם מביעים דעה ומקבלים את הכלל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(דרך לפתור מחלוקת כשיש דעות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(יצירת סדר וודאות בפעילות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מתארת מצב קונקרטי שבו היעדר כלל גרם לבעיה והכלל פתר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התייחסות שווה לכולם כסימן להוגנות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ולא רק רשימה של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שתיים עד שלוש שיעורים: פרק 1-2 בשיעור ראשון, 3-4 בשני, סיכום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הכללים למיון בפרק 2 ולהתמקד בדוגמאות מהחיים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חזקות אפשר להוסיף דיון פתוח בפרק 4 על מה קורה כשכלל מוסכם לא הוגן לכולם באותה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המשחק בפרק 1 בעל פה או בקבוצות לפני המילוי בכתב, כדי שהחוויה תהיה מוחשית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הפרקים לפי הסדר, כל פרק מתבסס על הקודם. בכל תרגיל כתבו את הנימוק שלכם במשפט אחד, לא רק סימון 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משחק בלי חוקים: מה מרגישים כשאין כללים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שבו החוקים משתנים בכל סבב, מה קורה לשחקנים?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לדעת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לדעת מה מותר ומה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נהיה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בכללים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שכל השחקנים ישחקו לפי אותם 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שהמשחק יהיה הוגן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שרק שחקן אחד ינצח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שהמשחק יהיה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באמת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אין כללים קבועים במשחק, השחקנים מרגישים __________ וחוסר 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שחל באותה צורה על כל השחקנים נקרא כלל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משחק בלי חוקים: מה מרגישים כשאין כללים – יישום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מרגישים שהחוקים משתנים נגדם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יודעים למה לצפות כשיש כללים קבועים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מרגישים שמשהו לא בסדר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יודעים מה מותר ומה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משחק שבו החוקים משתנים כל סבב, כפי שנעשה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משחק חדש ומסובך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לתלמידים לחוות בעצמם למה צריך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תלמידים שטועים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מי הכי מהיר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הוגן או לא הוגן: מיון כללים – מה זה כלל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הוגן הוא כלל שחל באותה צורה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שמשתנה באמצע המשחק רק כדי שקבוצה מסוימת תנצח נחשב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שמוסכם מראש על כל המשתתפים נחשב בדרך כלל הוגן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עונש שלא קשור בכלל לעבירה שנעשתה נחשב לכלל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הוגן או לא הוגן: מיון כללים – מיון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נקבע שכל תלמיד מקבל זמן דיבור שווה בדיון.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בהפסקה קבוצה אחת קובעת שרק היא רשאית לבעוט פנדלים.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בבית נקבע תור קבוע מראש לשטיפת כלים לכל הילדים.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קבוצה שינתה את חוקי המשחק באמצע הסבב בלי להודיע לשחקנים האחרים כדי לנצח.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הוגן או לא הוגן: מיון כללים – נימוק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שחל על כולם באותה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הוגן – אפליה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כלל שמשתנה כל פעם לפי מי שמנצח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הוגן – הסכמה ושקיפות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שנקבע מראש וכולם הסכימו עליו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הוגן – חוסר יציבות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שמעניש רק קבוצה אחת על עבירה שגם קבוצה אחרת עשתה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הוגן – שוויון בין המשתתפים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הוגן או לא הוגן: מיון כללים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לכלל הוגן מהחיים שלכם, בכיתה, בספורט או בבית, ונמקו בקצרה למה הוא הוגן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לכלל לא הוגן שנתקלתם בו, והציעו דרך לשנות אותו כך שיהיה הוגן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קלפי דילמה: איזה כלל יכול לעזור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קלפי הדילמה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הגדרות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חישובים מתמטיים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מצב ולחשוב איזה כלל יכול לפתור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תחרותי על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כלל טוב שעונה על דילמה צריך להיות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מסובך ומפורט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ברור, הוגן ומוסכם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חמור ומטיל עונשים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תקף רק לחלק מהקבוצה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קלפי דילמה: איזה כלל יכול לעזור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דילמה מתאר מצב שבו חוסר בכלל גורם לבעיה או לוויכוח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בדיון על דילמה היא למצוא אשם ולהעניש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קלפי דילמה: איזה כלל יכול לעזור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שניים רוצים להתחיל ראשונים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כלל שכל אחד מקבל זמן דיבור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מישהו משנה את החוקים באמצע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 עם דרך מוסכמת להכרעה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לא מקבל הזדמנות לדבר בדיון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כלל של הגרלה או תור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ויכוח על מי צדק במהלך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כלל שהחוקים נקבעים מראש ולא משתנים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קלפי דילמה: איזה כלל יכול לעזור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אין כלל ברור, אנשים עלולים להרגיש שהמשחק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טוב נקבע __________ לפני שהבעיה קורה, כדי למנוע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בונים יחד חוקה לכיתה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עדיף שכללי הכיתה ייקבעו יחד עם התלמידים ולא רק יוכתבו מלמעלה?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כשאנשים שותפים לקביעת הכלל הם מרגישים מחויבים אליו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צורך בכללים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צריך/ה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"הכרעה ברוב קולות"?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את הדעה שרוב הקבוצה תמכה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מבטלים את ההצבעה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בונים יחד חוקה לכיתה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כלל שתקף באותה מידה לכל חברי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סדר עדיפויות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שבו קשה להחליט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קביעה איזה כלל חשוב יותר מהשני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הכרעה לפי מה שרוב הקבוצה תומך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בונים יחד חוקה לכיתה – יישום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איזה כלל חשוב יותר מהשאר, קובעים __________ עדיפויות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קבוצה מצביעה והרוב תומך בכלל מסוים, אומרים שהתקבלה הכרעה לפי __________ קולות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סיכום וחידון: מה למדנו על כללים – זכרון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בדרך כלל יוצרים כללים במשחק 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להקשות על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שכולם ידעו למה לצפות ואיך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שרק חלק מהשחקנים ייהנו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אמיתי בכללים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בלי חוקים שנערך בשיעור, מה קרה בדרך כלל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התנהל בצורה חלקה ומסודרת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נוצרו ויכוחים ובלבול בין המשתתפים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הסכימו מיד על כל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לא התחיל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סופרים ביחד, מה קורה כששני משתתפים אומרים מספר באותו 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הלאה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ומתחילים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שצעק ראשון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העיקרי של כלל בתוך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הגינות וסדר שמוסכמים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להגביל רק אנשים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לגרום לבלבול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סיכום וחידון: מה למדנו על כללים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נחשב הוגן כשהוא חל באופן שווה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כלל טוב גם בלי שאף אחד הסכים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סיכום וחידון: מה למדנו על כללים – חשיבה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שכל המשתתפים קיבלו עליו דעה מראש נקרא כלל מבוסס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כשאין כלל ברור במצב מסוים, לרוב נוצר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סיכום וחידון: מה למדנו על כללים – הרכבה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כולם מביעים דעה ומקבלים את הכלל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הכלל חל באותה מידה על כל המשתתפים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מנגנון הכרעה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 סדר וודאות בפעילות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תפקיד הכלל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לפתור מחלוקת כשיש דעות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למצב שבו כלל מנע מריבה או בלבול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כלל הוגן לכלל לא הוגן, לדעתך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כללים הכי חשובים היית בוחר לכיתה שלך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