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למה צריך כללים? – שיעור יוצא מהמסגרת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למה צריך כללים?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נדרשים כללים מוסכמים בקבוצה או בחברה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כלל הוגן לכלל לא הוגן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דילמות ולזהות פתרון באמצעות כלל מוסכם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תהליך של בניית הסכמה קבוצתית סביב 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משחק בלי חוקים: מה מרגישים כשאין כללים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קשה לדעת מה מותר ומה אסור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שהמשחק יהיה הוגן לכולם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משחק בלי חוקים: מה מרגישים כשאין כללים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בלבול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משחק בלי חוקים: מה מרגישים כשאין כללים – יישום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(לא יודעים מה מותר ומה אסור)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(מרגישים שמשהו לא בסדר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(מרגישים שהחוקים משתנים נגדם)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(יודעים למה לצפות כשיש כללים קבועים)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משחק בלי חוקים: מה מרגישים כשאין כללים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לגרום לתלמידים לחוות בעצמם למה צריך כללים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הוגן או לא הוגן: מיון כללים – מה זה כלל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הוגנות קשורה בכך שהכלל לא מעדיף קבוצה אחת על חשבון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שינוי כלל באמצע בלי הסכמה פוגע בשוויון בין המשתתפים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הסכמה מראש ושקיפות הן חלק חשוב מהוגנות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כלל הוגן צריך להתאים לעבירה ולא להיות שרירותי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הוגן או לא הוגן: מיון כללים – מיון מצבים מהחיים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 הוגן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הוגן או לא הוגן: מיון כללים – נימוק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(הוגן – שוויון בין המשתתפים)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(לא הוגן – חוסר יציבות)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(הוגן – הסכמה ושקיפות)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(לא הוגן – אפליה)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הוגן או לא הוגן: מיון כללים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דוגמה אמיתית ונימוק המתייחס לשוויון, הסכמה או התאמה לעבירה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המתארת כלל בעייתי ומציעה תיקון שיוצר שוויון או עקביות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קלפי דילמה: איזה כלל יכול לעזור – הכרות עם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להציג מצב ולחשוב איזה כלל יכול לפתור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ברור, הוגן ומוסכם על 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קלפי דילמה: איזה כלל יכול לעזור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כן, הקלפים מציגים מצבים אמיתיים שבהם אין כלל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המטרה היא למצוא כלל שיפתור או ימנע את הבעיה, לא להאשים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קלפי דילמה: איזה כלל יכול לעזור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(כלל של הגרלה או תור קבוע)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(כלל שהחוקים נקבעים מראש ולא משתנים)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(כלל שכל אחד מקבל זמן דיבור שווה)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(כלל עם דרך מוסכמת להכרעה)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קלפי דילמה: איזה כלל יכול לעזור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בונים יחד חוקה לכיתה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כשאנשים שותפים לקביעת הכלל הם מרגישים מחויבים אליו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בוחרים את הדעה שרוב הקבוצה תמכה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בונים יחד חוקה לכיתה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(הכרעה לפי מה שרוב הקבוצה תומך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(קביעה איזה כלל חשוב יותר מהשני)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(כלל שתקף באותה מידה לכל חברי הקבוצה)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(מצב שבו קשה להחליט בין שתי אפשרויות)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בונים יחד חוקה לכיתה – יישום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סיכום וחידון: מה למדנו על כללים – זכרון ועובדות 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שכולם ידעו למה לצפות ואיך לנהוג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נוצרו ויכוחים ובלבול בין המשתתפים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חוזרים ומתחילים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ליצור הגינות וסדר שמוסכמים על 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סיכום וחידון: מה למדנו על כללים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הוגנות קשורה לכך שהכלל תקף לכולם באותה 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כלל טוב נבנה בדרך כלל מתוך הסכמה 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סיכום וחידון: מה למדנו על כללים – חשיבה והסקת מסקנות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סיכום וחידון: מה למדנו על כללים – הרכבה ודוגמאות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(הכלל חל באותה מידה על כל המשתתפים)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(כולם מביעים דעה ומקבלים את הכלל מראש)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(דרך לפתור מחלוקת כשיש דעות שונות)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(יצירת סדר וודאות בפעילות משותפת)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מתארת מצב קונקרטי שבו היעדר כלל גרם לבעיה והכלל פתר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מזכירה התייחסות שווה לכולם כסימן להוגנות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הבחירה מנומקת ולא רק רשימה של 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שתיים עד שלוש שיעורים: פרק 1-2 בשיעור ראשון, 3-4 בשני, סיכום בשלישי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מספר הכללים למיון בפרק 2 ולהתמקד בדוגמאות מהחיים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חזקות אפשר להוסיף דיון פתוח בפרק 4 על מה קורה כשכלל מוסכם לא הוגן לכולם באותה 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את תרגיל המשחק בפרק 1 בעל פה או בקבוצות לפני המילוי בכתב, כדי שהחוויה תהיה מוחשית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למה צריך כללים? – שיעור יוצא מהמסגרת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למה צריך כללים?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עברו על הפרקים אחד אחרי השני. בכל תרגיל כתבו גם למה בחרתם ככה, במשפט קצר.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הנחיה מוסכמת שאומרת מה מותר ומה אסור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שמתייחס לכולם באותו אופן ולא מעדיף אף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כשכולם או רוב הקבוצה מסכימים על אותו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קשה שבו צריך להחליט בין שתי אפשרויות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שאוסף את כל הכללים המוסכמים של 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הכרעה ברוב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לקבל החלטה כשרוב האנשים בקבוצה תומכים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הכוח או הזכות לקבוע או לאכוף כלל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עקביות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על אותו כלל באותו אופן לאורך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משחק בלי חוקים: מה מרגישים כשאין כללים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כשהחוקים משתנים כל הזמן?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 יותר לדעת מה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 לדעת מה מותר ומה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המשחק נהיה קצר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בכללים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צריך כללים זהים לכולם?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שהמשחק יהיה הוגן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שרק שחקן אחד ינצח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שהמשחק יהיה קצר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באמת חשוב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משחק בלי חוקים: מה מרגישים כשאין כללים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אין כללים קבועים במשחק, השחקנים מרגישים __________ וחוסר ודאות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כלל שחל באותה צורה על כל השחקנים נקרא כלל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משחק בלי חוקים: מה מרגישים כשאין כללים – יישום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בלבול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מרגישים שהחוקים משתנים נגדם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תסכול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יודעים מה מותר ומה אסור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חוסר הוגנות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יודעים למה לצפות כשיש כללים קבועים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ביטחון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מרגישים שמשהו לא בסדר במשחק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משחק בלי חוקים: מה מרגישים כשאין כללים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משחקים משחק עם חוקים שמשתנים בשיעור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ללמד משחק חדש ומסובך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לגרום לתלמידים לחוות בעצמם למה צריך כללים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להעניש תלמידים שטועים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מי הכי מהיר במשחק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הוגן או לא הוגן: מיון כללים – מה זה כלל הוגן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הוגן הוא כלל שחל באותה צורה על כל המשתתפים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שמשתנה באמצע המשחק רק כדי שקבוצה מסוימת תנצח נחשב הוגן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שמוסכם מראש על כל המשתתפים נחשב בדרך כלל הוגן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עונש שלא קשור בכלל לעבירה שנעשתה נחשב לכלל הוגן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הוגן או לא הוגן: מיון כללים – מיון מצבים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כולם מדברים אותו זמן בדיון – זה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תלוי במורה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להוגנות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קבוצה אחת החליטה שרק היא בועטת פנדלים – זה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תלוי בגיל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להוגנות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יש תור קבוע לשטיפת כלים לכל הילדים – זה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תלוי בילד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להוגנות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קבוצה שינתה חוקים באמצע בלי להגיד לאף אחד – זה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הוגן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תלוי בתוצאה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להוגנות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הוגן או לא הוגן: מיון כללים – נימוק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כלל שחל על כולם באותה 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הוגן – חוסר יציבות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כלל שמשתנה כל פעם לפי מי שמנצח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הוגן – שוויון בין המשתתפים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כלל שנקבע מראש וכולם הסכימו עליו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הוגן – אפליה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כלל שמעניש רק קבוצה אחת על עבירה שגם קבוצה אחרת עשתה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הוגן – הסכמה ושקיפות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הוגן או לא הוגן: מיון כללים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לכלל הוגן מהחיים שלכם, בכיתה, בספורט או בבית, ונמקו בקצרה למה הוא הוגן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לכלל לא הוגן שנתקלתם בו, והציעו דרך לשנות אותו כך שיהיה הוגן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קלפי דילמה: איזה כלל יכול לעזור – הכרות עם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קלפי הדילמה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לשנן הגדרות של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לתרגל חישובים מתמטיים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להציג מצב ולחשוב איזה כלל יכול לפתור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 תחרותי על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כלל טוב שעונה על דילמה צריך להיות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מסובך ומפורט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ברור, הוגן ומוסכם על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חמור ומטיל עונשים כבדים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תקף רק לחלק מהקבוצה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קלפי דילמה: איזה כלל יכול לעזור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דילמה מתאר מצב שבו חוסר בכלל גורם לבעיה או לוויכוח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בדיון על דילמה היא למצוא אשם ולהעניש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קלפי דילמה: איזה כלל יכול לעזור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שניים רוצים להתחיל ראשונים במשחק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כלל שהחוקים נקבעים מראש ולא משתנים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מישהו משנה את החוקים באמצע המשחק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כלל שכל אחד מקבל זמן דיבור שווה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מישהו לא מקבל הזדמנות לדבר בדיון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כלל של הגרלה או תור קבוע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ויכוח על מי צדק במהלך המשחק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כלל עם דרך מוסכמת להכרעה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קלפי דילמה: איזה כלל יכול לעזור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אין כלל ברור, אנשים עלולים להרגיש שהמשחק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כלל טוב נקבע __________ לפני שהבעיה קורה, כדי למנוע אותה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בונים יחד חוקה לכיתה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טוב שכולם ישתתפו בקביעת הכללים?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מהיר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כשאנשים שותפים לקביעת הכלל הם מרגישים מחויבים אליו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צורך בכללים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המורה לא צריך/ה לעבוד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החלטה לפי רוב?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 מחליט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את הדעה שרוב הקבוצה תמכה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זורקים קוביה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מבטלים את ההצבעה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בונים יחד חוקה לכיתה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רוב קולות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קביעה איזה כלל חשוב יותר מהשני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סדר עדיפויות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כלל שתקף באותה מידה לכל חברי הקבוצה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הוגנות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מצב שבו קשה להחליט בין שתי אפשרויות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הכרעה לפי מה שרוב הקבוצה תומך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בונים יחד חוקה לכיתה – יישום 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לדעת איזה כלל חשוב יותר מהשאר, קובעים __________ עדיפויות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קבוצה מצביעה והרוב תומך בכלל מסוים, אומרים שהתקבלה הכרעה לפי __________ קולות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סיכום וחידון: מה למדנו על כללים – זכרון ועובדות בסיס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צריך כללים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להקשות על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שכולם ידעו למה לצפות ואיך לנהוג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שרק חלק מהשחקנים ייהנו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אמיתי בכללים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במשחק בלי חוקים שנערך בשיעור, מה קרה בדרך כלל במהלך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המשחק התנהל בצורה חלקה ומסודרת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נוצרו ויכוחים ובלבול בין המשתתפים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הסכימו מיד על כל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המשחק לא התחיל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במשחק סופרים ביחד, מה קורה כששני משתתפים אומרים מספר באותו רגע?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המשחק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ממשיכים הלאה כרגיל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חוזרים ומתחילים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שצעק ראשון מנצח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תפקידו העיקרי של כלל בתוך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להעניש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ליצור הגינות וסדר שמוסכמים על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להגביל רק אנשים מסוימים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לגרום לבלבול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סיכום וחידון: מה למדנו על כללים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נחשב הוגן כשהוא חל באופן שווה על כל המשתתפים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ליצור כלל טוב גם בלי שאף אחד הסכים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סיכום וחידון: מה למדנו על כללים – חשיבה והסקת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כלל שכל המשתתפים קיבלו עליו דעה מראש נקרא כלל מבוסס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כשאין כלל ברור במצב מסוים, לרוב נוצר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סיכום וחידון: מה למדנו על כללים – הרכבה ודוגמאות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הוגנות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יצירת סדר וודאות בפעילות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דרך לפתור מחלוקת כשיש דעות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מנגנון הכרעה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כולם מביעים דעה ומקבלים את הכלל מראש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תפקיד הכלל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הכלל חל באותה מידה על כל המשתתפים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 דוגמה אחת למצב שבו כלל מנע מריבה או בלבול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כלל הוגן לכלל לא הוגן, לדעתך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כללים הכי חשובים היית בוחר לכיתה שלך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למה צריך כללים?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